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05A5" w:rsidRDefault="006F7E2F">
      <w:pPr>
        <w:jc w:val="right"/>
      </w:pPr>
      <w:r>
        <w:rPr>
          <w:rFonts w:ascii="Arial" w:hAnsi="Arial"/>
          <w:color w:val="787878"/>
          <w:sz w:val="17"/>
        </w:rPr>
        <w:t>1st TU-HUTECH Joint International Research Network QS Forum</w:t>
      </w:r>
    </w:p>
    <w:p w:rsidR="009105A5" w:rsidRDefault="006F7E2F">
      <w:pPr>
        <w:spacing w:before="240" w:after="360"/>
        <w:jc w:val="center"/>
      </w:pPr>
      <w:r>
        <w:rPr>
          <w:rFonts w:ascii="Arial" w:hAnsi="Arial"/>
          <w:b/>
          <w:color w:val="0B3D2C"/>
          <w:sz w:val="36"/>
        </w:rPr>
        <w:t>PRESENTATION PROPOSAL FORM</w:t>
      </w:r>
    </w:p>
    <w:p w:rsidR="009105A5" w:rsidRDefault="006F7E2F">
      <w:pPr>
        <w:spacing w:after="280"/>
      </w:pPr>
      <w:r>
        <w:rPr>
          <w:rFonts w:ascii="Arial" w:hAnsi="Arial"/>
          <w:i/>
          <w:color w:val="505050"/>
          <w:sz w:val="19"/>
        </w:rPr>
        <w:t>Please complete all required fields below and submit this form prior to the presentation proposal deadline.</w:t>
      </w:r>
    </w:p>
    <w:tbl>
      <w:tblPr>
        <w:tblStyle w:val="af9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6912"/>
      </w:tblGrid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Presenter Name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>[ Full Name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Affiliation / Department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 xml:space="preserve">[ </w:t>
            </w:r>
            <w:r>
              <w:rPr>
                <w:rFonts w:ascii="Arial" w:hAnsi="Arial"/>
                <w:color w:val="828282"/>
                <w:sz w:val="19"/>
              </w:rPr>
              <w:t>University / Organization / Department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Position / Title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>[ e.g., Professor, Researcher, Vice President, PhD Student</w:t>
            </w:r>
            <w:bookmarkStart w:id="0" w:name="_GoBack"/>
            <w:bookmarkEnd w:id="0"/>
            <w:r>
              <w:rPr>
                <w:rFonts w:ascii="Arial" w:hAnsi="Arial"/>
                <w:color w:val="828282"/>
                <w:sz w:val="19"/>
              </w:rPr>
              <w:t xml:space="preserve">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Email Address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>[ Email Address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Contact Number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>[ Mobile / Phone Number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Session Category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690DAB" w:rsidRDefault="006F7E2F">
            <w:pPr>
              <w:rPr>
                <w:rFonts w:ascii="Arial" w:hAnsi="Arial"/>
                <w:color w:val="828282"/>
                <w:sz w:val="19"/>
              </w:rPr>
            </w:pPr>
            <w:proofErr w:type="gramStart"/>
            <w:r>
              <w:rPr>
                <w:rFonts w:ascii="Arial" w:hAnsi="Arial"/>
                <w:color w:val="828282"/>
                <w:sz w:val="19"/>
              </w:rPr>
              <w:t>[  ]</w:t>
            </w:r>
            <w:proofErr w:type="gramEnd"/>
            <w:r>
              <w:rPr>
                <w:rFonts w:ascii="Arial" w:hAnsi="Arial"/>
                <w:color w:val="828282"/>
                <w:sz w:val="19"/>
              </w:rPr>
              <w:t xml:space="preserve"> </w:t>
            </w:r>
            <w:r w:rsidR="00690DAB">
              <w:rPr>
                <w:rFonts w:ascii="맑은 고딕" w:eastAsia="맑은 고딕" w:hAnsi="맑은 고딕" w:cs="맑은 고딕" w:hint="eastAsia"/>
                <w:color w:val="828282"/>
                <w:sz w:val="19"/>
                <w:lang w:eastAsia="ko-KR"/>
              </w:rPr>
              <w:t>A</w:t>
            </w:r>
            <w:r w:rsidR="00690DAB">
              <w:rPr>
                <w:rFonts w:ascii="맑은 고딕" w:eastAsia="맑은 고딕" w:hAnsi="맑은 고딕" w:cs="맑은 고딕"/>
                <w:color w:val="828282"/>
                <w:sz w:val="19"/>
                <w:lang w:eastAsia="ko-KR"/>
              </w:rPr>
              <w:t>rt &amp; Humanities</w:t>
            </w:r>
            <w:r>
              <w:rPr>
                <w:rFonts w:ascii="Arial" w:hAnsi="Arial"/>
                <w:color w:val="828282"/>
                <w:sz w:val="19"/>
              </w:rPr>
              <w:t xml:space="preserve">  [  ] </w:t>
            </w:r>
            <w:r w:rsidR="00690DAB">
              <w:rPr>
                <w:rFonts w:ascii="Arial" w:hAnsi="Arial"/>
                <w:color w:val="828282"/>
                <w:sz w:val="19"/>
              </w:rPr>
              <w:t>Social Science &amp; Business Administration</w:t>
            </w:r>
          </w:p>
          <w:p w:rsidR="009105A5" w:rsidRDefault="006F7E2F">
            <w:proofErr w:type="gramStart"/>
            <w:r>
              <w:rPr>
                <w:rFonts w:ascii="Arial" w:hAnsi="Arial"/>
                <w:color w:val="828282"/>
                <w:sz w:val="19"/>
              </w:rPr>
              <w:t>[  ]</w:t>
            </w:r>
            <w:proofErr w:type="gramEnd"/>
            <w:r>
              <w:rPr>
                <w:rFonts w:ascii="Arial" w:hAnsi="Arial"/>
                <w:color w:val="828282"/>
                <w:sz w:val="19"/>
              </w:rPr>
              <w:t xml:space="preserve"> </w:t>
            </w:r>
            <w:r w:rsidR="00690DAB">
              <w:rPr>
                <w:rFonts w:ascii="Arial" w:hAnsi="Arial"/>
                <w:color w:val="828282"/>
                <w:sz w:val="19"/>
              </w:rPr>
              <w:t xml:space="preserve">Engineering  </w:t>
            </w:r>
            <w:r w:rsidR="00690DAB">
              <w:rPr>
                <w:rFonts w:ascii="Arial" w:hAnsi="Arial"/>
                <w:color w:val="828282"/>
                <w:sz w:val="19"/>
              </w:rPr>
              <w:t xml:space="preserve">[  ] </w:t>
            </w:r>
            <w:r w:rsidR="00690DAB">
              <w:rPr>
                <w:rFonts w:ascii="Arial" w:hAnsi="Arial"/>
                <w:color w:val="828282"/>
                <w:sz w:val="19"/>
              </w:rPr>
              <w:t>Natural Science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Presentation Title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>[ Enter Proposed Presentation Title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Abstract / Overview</w:t>
            </w:r>
            <w:r>
              <w:rPr>
                <w:rFonts w:ascii="Arial" w:hAnsi="Arial"/>
                <w:b/>
                <w:color w:val="0B3D2C"/>
                <w:sz w:val="19"/>
              </w:rPr>
              <w:br/>
              <w:t>(200 - 300 words)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>[ Provide a concise overview of your research or presentation topic, key findings, and contributions.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Keywords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 xml:space="preserve">[ Keyword 1, Keyword </w:t>
            </w:r>
            <w:r>
              <w:rPr>
                <w:rFonts w:ascii="Arial" w:hAnsi="Arial"/>
                <w:color w:val="828282"/>
                <w:sz w:val="19"/>
              </w:rPr>
              <w:t>2, Keyword 3, Keyword 4 ]</w:t>
            </w:r>
          </w:p>
        </w:tc>
      </w:tr>
      <w:tr w:rsidR="009105A5">
        <w:trPr>
          <w:jc w:val="center"/>
        </w:trPr>
        <w:tc>
          <w:tcPr>
            <w:tcW w:w="2592" w:type="dxa"/>
            <w:shd w:val="clear" w:color="auto" w:fill="F0F4F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b/>
                <w:color w:val="0B3D2C"/>
                <w:sz w:val="19"/>
              </w:rPr>
              <w:t>Short Biography</w:t>
            </w:r>
            <w:r>
              <w:rPr>
                <w:rFonts w:ascii="Arial" w:hAnsi="Arial"/>
                <w:b/>
                <w:color w:val="0B3D2C"/>
                <w:sz w:val="19"/>
              </w:rPr>
              <w:br/>
              <w:t>(100 - 150 words)</w:t>
            </w:r>
          </w:p>
        </w:tc>
        <w:tc>
          <w:tcPr>
            <w:tcW w:w="6912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:rsidR="009105A5" w:rsidRDefault="006F7E2F">
            <w:r>
              <w:rPr>
                <w:rFonts w:ascii="Arial" w:hAnsi="Arial"/>
                <w:color w:val="828282"/>
                <w:sz w:val="19"/>
              </w:rPr>
              <w:t>[ Brief professional bio including main research fields and achievements. ]</w:t>
            </w:r>
          </w:p>
        </w:tc>
      </w:tr>
    </w:tbl>
    <w:p w:rsidR="009105A5" w:rsidRDefault="006F7E2F">
      <w:pPr>
        <w:spacing w:before="400"/>
      </w:pPr>
      <w:r>
        <w:rPr>
          <w:rFonts w:ascii="Arial" w:hAnsi="Arial"/>
          <w:b/>
          <w:color w:val="0B3D2C"/>
          <w:sz w:val="18"/>
        </w:rPr>
        <w:t xml:space="preserve">Submission Note: </w:t>
      </w:r>
      <w:r>
        <w:rPr>
          <w:rFonts w:ascii="Arial" w:hAnsi="Arial"/>
          <w:color w:val="646464"/>
          <w:sz w:val="18"/>
        </w:rPr>
        <w:t>Please send the completed proposal form to the forum secretariat office via email.</w:t>
      </w:r>
    </w:p>
    <w:sectPr w:rsidR="009105A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0DAB"/>
    <w:rsid w:val="006F7E2F"/>
    <w:rsid w:val="009105A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27F1E9"/>
  <w14:defaultImageDpi w14:val="300"/>
  <w15:docId w15:val="{C130DB99-1177-4EC6-B6BC-E6450D205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1EE8D5-7606-4715-9791-38276ACCB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Administrator</cp:lastModifiedBy>
  <cp:revision>3</cp:revision>
  <dcterms:created xsi:type="dcterms:W3CDTF">2013-12-23T23:15:00Z</dcterms:created>
  <dcterms:modified xsi:type="dcterms:W3CDTF">2026-09-11T02:11:00Z</dcterms:modified>
  <cp:category/>
</cp:coreProperties>
</file>